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VZOROVÝ FORMULÁR NA ODSTÚPENIE OD ZMLUVY</w:t>
      </w:r>
    </w:p>
    <w:p>
      <w:pPr>
        <w:jc w:val="center"/>
      </w:pPr>
      <w:r>
        <w:rPr>
          <w:b/>
        </w:rPr>
        <w:t>uzavretej na diaľku</w:t>
      </w:r>
    </w:p>
    <w:p>
      <w:r>
        <w:rPr>
          <w:i/>
        </w:rPr>
        <w:t>Tento formulár vyplňte a zašlite iba v prípade, ak si želáte odstúpiť od zmluvy a ak sa na danú zmluvu vzťahuje zákonné právo na odstúpenie. Použitie tohto formulára nie je povinné.</w:t>
      </w:r>
    </w:p>
    <w:p>
      <w:pPr>
        <w:pStyle w:val="Heading1"/>
        <w:spacing w:before="140" w:after="60"/>
      </w:pPr>
      <w:r>
        <w:t>Adresát</w:t>
      </w:r>
    </w:p>
    <w:p>
      <w:r>
        <w:t>Luxsol s.r.o.</w:t>
      </w:r>
    </w:p>
    <w:p>
      <w:r>
        <w:t>Račianska 1571/66, 831 02 Bratislava – mestská časť Nové Mesto, Slovenská republika</w:t>
      </w:r>
    </w:p>
    <w:p>
      <w:r>
        <w:t>E-mail: office@luxsol.sk</w:t>
      </w:r>
    </w:p>
    <w:p>
      <w:pPr>
        <w:pStyle w:val="Heading1"/>
        <w:spacing w:before="140" w:after="60"/>
      </w:pPr>
      <w:r>
        <w:t>Oznámenie spotrebiteľa</w:t>
      </w:r>
    </w:p>
    <w:p>
      <w:r>
        <w:t>Týmto oznamujem/oznamujeme*, že odstupujem/odstupujeme* od zmluvy o dodaní alebo poskytnutí tohto produktu:</w:t>
      </w:r>
    </w:p>
    <w:p>
      <w:r>
        <w:t>____________________________________________________________________________</w:t>
      </w:r>
    </w:p>
    <w:p>
      <w:r>
        <w:t>____________________________________________________________________________</w:t>
      </w:r>
    </w:p>
    <w:p>
      <w:r>
        <w:t>Dátum objednania / dátum prijatia*: ______________________________________________</w:t>
      </w:r>
    </w:p>
    <w:p>
      <w:r>
        <w:t>Číslo objednávky (ak je známe): _________________________________________________</w:t>
      </w:r>
    </w:p>
    <w:p>
      <w:r>
        <w:t>Meno a priezvisko spotrebiteľa/spotrebiteľov*: ___________________________________</w:t>
      </w:r>
    </w:p>
    <w:p>
      <w:r>
        <w:t>Adresa spotrebiteľa/spotrebiteľov*: ______________________________________________</w:t>
      </w:r>
    </w:p>
    <w:p>
      <w:r>
        <w:t>____________________________________________________________________________</w:t>
      </w:r>
    </w:p>
    <w:p>
      <w:r>
        <w:t>Dátum: ______________________________________________________________________</w:t>
      </w:r>
    </w:p>
    <w:p>
      <w:r>
        <w:t>Podpis spotrebiteľa/spotrebiteľov* (iba ak sa formulár podáva v listinnej podobe):</w:t>
      </w:r>
    </w:p>
    <w:p>
      <w:r>
        <w:t>____________________________________________________________________________</w:t>
      </w:r>
    </w:p>
    <w:p>
      <w:r>
        <w:t>* Nehodiace sa prečiarknite.</w:t>
      </w:r>
    </w:p>
    <w:p>
      <w:pPr>
        <w:pStyle w:val="Heading1"/>
        <w:spacing w:before="140" w:after="60"/>
      </w:pPr>
      <w:r>
        <w:t>Dôležité upozornenie</w:t>
      </w:r>
    </w:p>
    <w:p>
      <w:r>
        <w:t>Právo na odstúpenie bez uvedenia dôvodu sa nevzťahuje najmä na tovar vyrobený podľa špecifikácií spotrebiteľa alebo na mieru, napr. na siete vyrobené, upravené alebo narezané podľa zákazníkom zadaných rozmerov alebo konfigurácie. Práva zo zodpovednosti za vady tým nie sú dotknuté.</w:t>
      </w:r>
    </w:p>
    <w:p>
      <w:r>
        <w:t>Vyplnený formulár môžete zaslať e-mailom na office@luxsol.sk alebo poštou na vyššie uvedenú adresu.</w:t>
      </w:r>
    </w:p>
    <w:sectPr w:rsidR="00FC693F" w:rsidRPr="0006063C" w:rsidSect="00034616">
      <w:footerReference w:type="default" r:id="rId9"/>
      <w:pgSz w:w="12240" w:h="15840"/>
      <w:pgMar w:top="850" w:right="1247" w:bottom="85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4"/>
      </w:rPr>
      <w:t>Luxsol s.r.o. • Vzorový formulár na odstúpenie od zmluvy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